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mbria" w:hAnsi="Cambria"/>
          <w:b/>
          <w:szCs w:val="20"/>
          <w:lang w:val="pl-PL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2286000</wp:posOffset>
            </wp:positionH>
            <wp:positionV relativeFrom="paragraph">
              <wp:posOffset>-413385</wp:posOffset>
            </wp:positionV>
            <wp:extent cx="1951355" cy="661035"/>
            <wp:effectExtent l="0" t="0" r="0" b="0"/>
            <wp:wrapSquare wrapText="largest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szCs w:val="20"/>
          <w:lang w:val="pl-PL"/>
        </w:rPr>
        <w:t>Załącznik nr 1 do Zaproszenia</w:t>
      </w:r>
    </w:p>
    <w:p>
      <w:pPr>
        <w:pStyle w:val="Normal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t xml:space="preserve">Numer referencyjny: </w:t>
      </w:r>
      <w:bookmarkStart w:id="0" w:name="_GoBack"/>
      <w:bookmarkEnd w:id="0"/>
      <w:r>
        <w:rPr>
          <w:rFonts w:ascii="Cambria" w:hAnsi="Cambria"/>
          <w:szCs w:val="20"/>
          <w:lang w:val="pl-PL"/>
        </w:rPr>
        <w:t>ZP.272.8.2026</w:t>
      </w:r>
    </w:p>
    <w:p>
      <w:pPr>
        <w:pStyle w:val="Normal"/>
        <w:jc w:val="center"/>
        <w:rPr>
          <w:lang w:val="pl-PL" w:eastAsia="en-US" w:bidi="ar-SA"/>
        </w:rPr>
      </w:pPr>
      <w:r>
        <w:rPr>
          <w:b/>
          <w:sz w:val="20"/>
          <w:szCs w:val="20"/>
          <w:lang w:val="pl-PL" w:eastAsia="en-US" w:bidi="ar-SA"/>
        </w:rPr>
        <w:t>FORMULARZ OFERTY</w:t>
      </w:r>
    </w:p>
    <w:p>
      <w:pPr>
        <w:pStyle w:val="Normal"/>
        <w:spacing w:lineRule="auto" w:line="480"/>
        <w:rPr/>
      </w:pPr>
      <w:r>
        <w:rPr>
          <w:rFonts w:ascii="Cambria" w:hAnsi="Cambria"/>
          <w:szCs w:val="20"/>
          <w:lang w:val="pl-PL"/>
        </w:rPr>
        <w:t>Wykonawca: ...........................................................................................................................</w:t>
        <w:br/>
        <w:t>Adres: ..................................................................................................................................</w:t>
        <w:br/>
        <w:t>NIP/REGON/KRS/CEiDG: .....................................................................................................</w:t>
        <w:br/>
        <w:t>Adres e-mail: .................................................... tel.: ..........................................................</w:t>
      </w:r>
    </w:p>
    <w:p>
      <w:pPr>
        <w:pStyle w:val="Normal"/>
        <w:jc w:val="both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t>Nawiązując do Zaproszenia do złożenia oferty w postępowaniu prowadzonym na podstawie art. 157a ustawy                     o ochronie ludności i obronie cywilnej, składamy ofertę na wykonanie zadania pn.:</w:t>
      </w:r>
    </w:p>
    <w:p>
      <w:pPr>
        <w:pStyle w:val="Normal"/>
        <w:shd w:val="clear" w:color="auto" w:fill="D9D9D9" w:themeFill="background1" w:themeFillShade="d9"/>
        <w:jc w:val="center"/>
        <w:rPr>
          <w:rFonts w:ascii="Cambria" w:hAnsi="Cambria"/>
          <w:b/>
          <w:szCs w:val="20"/>
          <w:lang w:val="pl-PL"/>
        </w:rPr>
      </w:pPr>
      <w:r>
        <w:rPr>
          <w:rFonts w:ascii="Cambria" w:hAnsi="Cambria"/>
          <w:b/>
          <w:szCs w:val="20"/>
          <w:lang w:val="pl-PL"/>
        </w:rPr>
      </w:r>
    </w:p>
    <w:p>
      <w:pPr>
        <w:pStyle w:val="Normal"/>
        <w:shd w:val="clear" w:color="auto" w:fill="D9D9D9" w:themeFill="background1" w:themeFillShade="d9"/>
        <w:jc w:val="center"/>
        <w:rPr>
          <w:rFonts w:ascii="Cambria" w:hAnsi="Cambria"/>
          <w:b/>
          <w:szCs w:val="20"/>
          <w:lang w:val="pl-PL"/>
        </w:rPr>
      </w:pPr>
      <w:r>
        <w:rPr>
          <w:b/>
          <w:bCs/>
          <w:szCs w:val="20"/>
          <w:lang w:val="pl-PL"/>
        </w:rPr>
        <w:t>„</w:t>
      </w:r>
      <w:r>
        <w:rPr>
          <w:rFonts w:cs="Times New Roman"/>
          <w:b/>
          <w:bCs/>
          <w:szCs w:val="20"/>
          <w:lang w:val="pl-PL"/>
        </w:rPr>
        <w:t>Budowa budowli ochronnej o kategorii U-1 pod salą gimnastyczną na działkach nr 121/1, 121/5, 121/6, 122/1 i 122/6 przy Al. Mickiewicza 23 w Busku-Zdroju”</w:t>
      </w:r>
      <w:r>
        <w:rPr>
          <w:rFonts w:cs="Times New Roman" w:ascii="Cambria" w:hAnsi="Cambria"/>
          <w:b/>
          <w:bCs/>
          <w:szCs w:val="20"/>
          <w:lang w:val="pl-PL"/>
        </w:rPr>
        <w:t>.</w:t>
      </w:r>
    </w:p>
    <w:p>
      <w:pPr>
        <w:pStyle w:val="Normal"/>
        <w:shd w:val="clear" w:color="auto" w:fill="D9D9D9" w:themeFill="background1" w:themeFillShade="d9"/>
        <w:jc w:val="center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</w:r>
    </w:p>
    <w:p>
      <w:pPr>
        <w:pStyle w:val="ListParagraph"/>
        <w:numPr>
          <w:ilvl w:val="0"/>
          <w:numId w:val="7"/>
        </w:numPr>
        <w:jc w:val="both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t xml:space="preserve">Oferujemy wykonanie przedmiotu zamówienia za </w:t>
      </w:r>
      <w:r>
        <w:rPr>
          <w:rFonts w:ascii="Cambria" w:hAnsi="Cambria"/>
          <w:b/>
          <w:bCs/>
          <w:szCs w:val="20"/>
          <w:lang w:val="pl-PL"/>
        </w:rPr>
        <w:t>cenę ryczałtową brutto:</w:t>
      </w:r>
      <w:r>
        <w:rPr>
          <w:rFonts w:ascii="Cambria" w:hAnsi="Cambria"/>
          <w:szCs w:val="20"/>
          <w:lang w:val="pl-PL"/>
        </w:rPr>
        <w:t xml:space="preserve"> ....……........…................….......... zł, słownie: ...........................................................................................................…………..………………..........., w tym podatek VAT.</w:t>
      </w:r>
    </w:p>
    <w:p>
      <w:pPr>
        <w:pStyle w:val="ListParagraph"/>
        <w:numPr>
          <w:ilvl w:val="0"/>
          <w:numId w:val="7"/>
        </w:numPr>
        <w:jc w:val="both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t xml:space="preserve">Oferowany </w:t>
      </w:r>
      <w:r>
        <w:rPr>
          <w:rFonts w:ascii="Cambria" w:hAnsi="Cambria"/>
          <w:b/>
          <w:bCs/>
          <w:szCs w:val="20"/>
          <w:lang w:val="pl-PL"/>
        </w:rPr>
        <w:t>okres gwarancji jakości</w:t>
      </w:r>
      <w:r>
        <w:rPr>
          <w:rFonts w:ascii="Cambria" w:hAnsi="Cambria"/>
          <w:szCs w:val="20"/>
          <w:lang w:val="pl-PL"/>
        </w:rPr>
        <w:t xml:space="preserve"> na wykonane roboty budowlane wynosi: </w:t>
      </w:r>
      <w:r>
        <w:rPr>
          <w:rFonts w:ascii="Cambria" w:hAnsi="Cambria"/>
          <w:b/>
          <w:bCs/>
          <w:szCs w:val="20"/>
          <w:lang w:val="pl-PL"/>
        </w:rPr>
        <w:t>........ miesięcy</w:t>
      </w:r>
      <w:r>
        <w:rPr>
          <w:rFonts w:ascii="Cambria" w:hAnsi="Cambria"/>
          <w:szCs w:val="20"/>
          <w:lang w:val="pl-PL"/>
        </w:rPr>
        <w:t xml:space="preserve"> od dnia bezusterkowego odbioru końcowego robót. Minimalny okres gwarancji wynosi 36 miesięcy.</w:t>
      </w:r>
    </w:p>
    <w:p>
      <w:pPr>
        <w:pStyle w:val="ListParagraph"/>
        <w:numPr>
          <w:ilvl w:val="0"/>
          <w:numId w:val="7"/>
        </w:numPr>
        <w:jc w:val="both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t>Oświadczamy, że oferowana cena zawiera wszystkie koszty niezbędne do prawidłowego wykonania przedmiotu zamówienia, w tym koszty wykonawcze, odbiorowe, dokumentacyjne, gwarancyjne, podatki, opłaty oraz wszelkie ryzyka Wykonawcy.</w:t>
      </w:r>
    </w:p>
    <w:p>
      <w:pPr>
        <w:pStyle w:val="ListParagraph"/>
        <w:numPr>
          <w:ilvl w:val="0"/>
          <w:numId w:val="7"/>
        </w:numPr>
        <w:jc w:val="both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t>Oświadczamy, że oferowany przedmiot zamówienia jest zgodny z Zaproszeniem, załącznikiem nr 7 oraz wzorem umowy, a wszystkie zaoferowane roboty, dostawy i usługi pozostają w funkcjonalnym związku                z przystosowaniem obiektu do funkcji budowli ochronnej o kategorii U-1.</w:t>
      </w:r>
    </w:p>
    <w:p>
      <w:pPr>
        <w:pStyle w:val="ListParagraph"/>
        <w:numPr>
          <w:ilvl w:val="0"/>
          <w:numId w:val="7"/>
        </w:numPr>
        <w:jc w:val="both"/>
        <w:rPr/>
      </w:pPr>
      <w:r>
        <w:rPr>
          <w:rFonts w:ascii="Cambria" w:hAnsi="Cambria"/>
          <w:szCs w:val="20"/>
          <w:lang w:val="pl-PL"/>
        </w:rPr>
        <w:t>Informacja dotycząca obowiązku podatkowego VAT po stronie Zamawiającego:</w:t>
      </w:r>
    </w:p>
    <w:p>
      <w:pPr>
        <w:pStyle w:val="ListParagraph"/>
        <w:numPr>
          <w:ilvl w:val="0"/>
          <w:numId w:val="8"/>
        </w:numPr>
        <w:jc w:val="both"/>
        <w:rPr/>
      </w:pPr>
      <w:r>
        <w:rPr>
          <w:rFonts w:ascii="Cambria" w:hAnsi="Cambria"/>
          <w:szCs w:val="20"/>
          <w:lang w:val="pl-PL"/>
        </w:rPr>
        <w:t xml:space="preserve">nie powstaje obowiązek podatkowy po stronie Zamawiającego / powstaje obowiązek podatkowy po stronie Zamawiającego w zakresie: ................................................................., wartość netto: .........……....................... zł. </w:t>
      </w:r>
      <w:r>
        <w:rPr>
          <w:rFonts w:ascii="Cambria" w:hAnsi="Cambria"/>
          <w:b w:val="false"/>
          <w:bCs w:val="false"/>
          <w:sz w:val="20"/>
          <w:szCs w:val="20"/>
          <w:u w:val="single"/>
          <w:lang w:val="pl-PL"/>
        </w:rPr>
        <w:t>Niepotrzebne skreślić.</w:t>
      </w:r>
    </w:p>
    <w:p>
      <w:pPr>
        <w:pStyle w:val="ListParagraph"/>
        <w:numPr>
          <w:ilvl w:val="0"/>
          <w:numId w:val="7"/>
        </w:numPr>
        <w:jc w:val="both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t>Oświadczamy, że zapoznaliśmy się z treścią Zaproszenia, załącznikami, wzorem umowy oraz zakresem rzeczowym zamówienia i przyjmujemy je bez zastrzeżeń.</w:t>
      </w:r>
    </w:p>
    <w:p>
      <w:pPr>
        <w:pStyle w:val="ListParagraph"/>
        <w:numPr>
          <w:ilvl w:val="0"/>
          <w:numId w:val="7"/>
        </w:numPr>
        <w:jc w:val="both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t>Oświadczamy, że uważamy się za związanych niniejszą ofertą przez okres wskazany w Zaproszeniu.</w:t>
      </w:r>
    </w:p>
    <w:p>
      <w:pPr>
        <w:pStyle w:val="ListParagraph"/>
        <w:numPr>
          <w:ilvl w:val="0"/>
          <w:numId w:val="7"/>
        </w:numPr>
        <w:jc w:val="both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t xml:space="preserve">Oświadczamy, że zamierzamy powierzyć podwykonawcom części zamówienia wskazane w załączniku nr 6 / nie zamierzamy powierzać wykonania części zamówienia podwykonawcom. </w:t>
      </w:r>
      <w:r>
        <w:rPr>
          <w:rFonts w:ascii="Cambria" w:hAnsi="Cambria"/>
          <w:b w:val="false"/>
          <w:bCs w:val="false"/>
          <w:sz w:val="20"/>
          <w:szCs w:val="20"/>
          <w:u w:val="single"/>
          <w:lang w:val="pl-PL"/>
        </w:rPr>
        <w:t>Niepotrzebne skreślić.</w:t>
      </w:r>
    </w:p>
    <w:p>
      <w:pPr>
        <w:pStyle w:val="ListParagraph"/>
        <w:numPr>
          <w:ilvl w:val="0"/>
          <w:numId w:val="7"/>
        </w:numPr>
        <w:jc w:val="both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t xml:space="preserve">Oświadczamy, że polegamy na zasobach podmiotu trzeciego w zakresie wskazanym w załączniku nr 4 /              nie polegamy na zasobach podmiotu trzeciego. </w:t>
      </w:r>
      <w:r>
        <w:rPr>
          <w:rFonts w:ascii="Cambria" w:hAnsi="Cambria"/>
          <w:szCs w:val="20"/>
          <w:u w:val="single"/>
          <w:lang w:val="pl-PL"/>
        </w:rPr>
        <w:t>Niepotrzebne skreślić.</w:t>
      </w:r>
    </w:p>
    <w:p>
      <w:pPr>
        <w:pStyle w:val="ListParagraph"/>
        <w:numPr>
          <w:ilvl w:val="0"/>
          <w:numId w:val="7"/>
        </w:numPr>
        <w:jc w:val="both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t xml:space="preserve">Oświadczamy, że wniesiono </w:t>
      </w:r>
      <w:r>
        <w:rPr>
          <w:rFonts w:ascii="Cambria" w:hAnsi="Cambria"/>
          <w:b/>
          <w:bCs/>
          <w:szCs w:val="20"/>
          <w:lang w:val="pl-PL"/>
        </w:rPr>
        <w:t xml:space="preserve">wadium </w:t>
      </w:r>
      <w:r>
        <w:rPr>
          <w:rFonts w:ascii="Cambria" w:hAnsi="Cambria"/>
          <w:szCs w:val="20"/>
          <w:lang w:val="pl-PL"/>
        </w:rPr>
        <w:t xml:space="preserve">w formie: .............…………....................... w wysokości: </w:t>
      </w:r>
      <w:r>
        <w:rPr>
          <w:rFonts w:ascii="Cambria" w:hAnsi="Cambria"/>
          <w:b/>
          <w:bCs/>
          <w:sz w:val="22"/>
          <w:szCs w:val="22"/>
          <w:lang w:val="pl-PL"/>
        </w:rPr>
        <w:t xml:space="preserve">40 000,00 </w:t>
      </w:r>
      <w:r>
        <w:rPr>
          <w:rFonts w:ascii="Cambria" w:hAnsi="Cambria"/>
          <w:b/>
          <w:bCs/>
          <w:sz w:val="22"/>
          <w:szCs w:val="22"/>
          <w:lang w:val="pl-PL"/>
        </w:rPr>
        <w:t>zł</w:t>
      </w:r>
      <w:r>
        <w:rPr>
          <w:rFonts w:ascii="Cambria" w:hAnsi="Cambria"/>
          <w:b/>
          <w:bCs/>
          <w:sz w:val="22"/>
          <w:szCs w:val="22"/>
          <w:lang w:val="pl-PL"/>
        </w:rPr>
        <w:t>otych.</w:t>
      </w:r>
    </w:p>
    <w:p>
      <w:pPr>
        <w:pStyle w:val="ListParagraph"/>
        <w:numPr>
          <w:ilvl w:val="0"/>
          <w:numId w:val="7"/>
        </w:numPr>
        <w:jc w:val="both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t>Zobowiązujemy się, w przypadku wyboru naszej oferty, do wniesienia zabezpieczenia należytego wykonania umowy oraz do zawarcia umowy w miejscu i terminie wskazanym przez Zamawiającego.</w:t>
      </w:r>
    </w:p>
    <w:p>
      <w:pPr>
        <w:pStyle w:val="ListParagraph"/>
        <w:numPr>
          <w:ilvl w:val="0"/>
          <w:numId w:val="7"/>
        </w:numPr>
        <w:jc w:val="both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t xml:space="preserve">Informujemy, że jesteśmy: </w:t>
      </w:r>
      <w:r>
        <w:rPr>
          <w:rFonts w:ascii="Cambria" w:hAnsi="Cambria"/>
          <w:b/>
          <w:bCs/>
          <w:szCs w:val="20"/>
          <w:lang w:val="pl-PL"/>
        </w:rPr>
        <w:t>mikro / małym / średnim / dużym przedsiębiorcą.</w:t>
      </w:r>
      <w:r>
        <w:rPr>
          <w:rFonts w:ascii="Cambria" w:hAnsi="Cambria"/>
          <w:szCs w:val="20"/>
          <w:lang w:val="pl-PL"/>
        </w:rPr>
        <w:t xml:space="preserve"> </w:t>
      </w:r>
      <w:r>
        <w:rPr>
          <w:rFonts w:ascii="Cambria" w:hAnsi="Cambria"/>
          <w:szCs w:val="20"/>
          <w:u w:val="single"/>
          <w:lang w:val="pl-PL"/>
        </w:rPr>
        <w:t>Niepotrzebne skreślić.</w:t>
      </w:r>
    </w:p>
    <w:p>
      <w:pPr>
        <w:pStyle w:val="ListParagraph"/>
        <w:numPr>
          <w:ilvl w:val="0"/>
          <w:numId w:val="7"/>
        </w:numPr>
        <w:jc w:val="both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t>Wypełniliśmy obowiązki informacyjne przewidziane w art. 13 lub art. 14 RODO wobec osób fizycznych, których dane przekazujemy Zamawiającemu w związku z ubieganiem się o udzielenie zamówienia, chyba że zachodzi wyłączenie tego obowiązku.</w:t>
      </w:r>
    </w:p>
    <w:p>
      <w:pPr>
        <w:pStyle w:val="ListParagraph"/>
        <w:numPr>
          <w:ilvl w:val="0"/>
          <w:numId w:val="7"/>
        </w:numPr>
        <w:jc w:val="both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t>Załącznikami do niniejszej oferty są:</w:t>
      </w:r>
    </w:p>
    <w:p>
      <w:pPr>
        <w:pStyle w:val="ListParagraph"/>
        <w:numPr>
          <w:ilvl w:val="0"/>
          <w:numId w:val="0"/>
        </w:numPr>
        <w:ind w:hanging="0" w:start="0"/>
        <w:jc w:val="both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t xml:space="preserve">    </w:t>
      </w:r>
      <w:r>
        <w:rPr>
          <w:rFonts w:ascii="Cambria" w:hAnsi="Cambria"/>
          <w:szCs w:val="20"/>
          <w:lang w:val="pl-PL"/>
        </w:rPr>
        <w:t>Załącznik nr 3 - oświadczenie o spełnianiu warunków i braku podstaw wykluczenia;</w:t>
      </w:r>
    </w:p>
    <w:p>
      <w:pPr>
        <w:pStyle w:val="Normal"/>
        <w:ind w:hanging="170" w:start="340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t>Załącznik nr 4 - zobowiązanie podmiotu udostępniającego zasoby, jeżeli dotyczy;</w:t>
      </w:r>
    </w:p>
    <w:p>
      <w:pPr>
        <w:pStyle w:val="Normal"/>
        <w:ind w:hanging="170" w:start="340"/>
        <w:rPr>
          <w:rFonts w:ascii="Cambria" w:hAnsi="Cambria"/>
        </w:rPr>
      </w:pPr>
      <w:r>
        <w:rPr>
          <w:rFonts w:ascii="Cambria" w:hAnsi="Cambria"/>
          <w:szCs w:val="20"/>
          <w:lang w:val="pl-PL"/>
        </w:rPr>
        <w:t>Załącznik nr 5 - oświadczenie wykonawców wspólnie ubiegających się o zamówienie, jeżeli dotyczy;</w:t>
      </w:r>
    </w:p>
    <w:p>
      <w:pPr>
        <w:pStyle w:val="Normal"/>
        <w:ind w:hanging="170" w:start="340"/>
        <w:rPr>
          <w:rFonts w:ascii="Cambria" w:hAnsi="Cambria"/>
        </w:rPr>
      </w:pPr>
      <w:r>
        <w:rPr>
          <w:rFonts w:ascii="Cambria" w:hAnsi="Cambria"/>
          <w:szCs w:val="20"/>
          <w:lang w:val="pl-PL"/>
        </w:rPr>
        <w:t>Załącznik nr 6 - oświadczenie o podwykonawcach;</w:t>
      </w:r>
    </w:p>
    <w:p>
      <w:pPr>
        <w:pStyle w:val="ListParagraph"/>
        <w:numPr>
          <w:ilvl w:val="1"/>
          <w:numId w:val="9"/>
        </w:numPr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t>dowód wniesienia wadium, jeżeli wymagano wadium;</w:t>
      </w:r>
    </w:p>
    <w:p>
      <w:pPr>
        <w:pStyle w:val="ListParagraph"/>
        <w:numPr>
          <w:ilvl w:val="1"/>
          <w:numId w:val="9"/>
        </w:numPr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t>pełnomocnictwo, jeżeli dotyczy;</w:t>
      </w:r>
    </w:p>
    <w:p>
      <w:pPr>
        <w:pStyle w:val="ListParagraph"/>
        <w:numPr>
          <w:ilvl w:val="1"/>
          <w:numId w:val="9"/>
        </w:numPr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t>inne: ........................................................................................................</w:t>
      </w:r>
    </w:p>
    <w:p>
      <w:pPr>
        <w:pStyle w:val="Normal"/>
        <w:spacing w:before="0" w:after="200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</w:r>
    </w:p>
    <w:p>
      <w:pPr>
        <w:pStyle w:val="Normal"/>
        <w:spacing w:before="0" w:after="200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</w:r>
    </w:p>
    <w:p>
      <w:pPr>
        <w:pStyle w:val="Normal"/>
        <w:spacing w:before="0" w:after="200"/>
        <w:rPr>
          <w:rFonts w:ascii="Cambria" w:hAnsi="Cambria"/>
          <w:szCs w:val="20"/>
          <w:lang w:val="pl-PL"/>
        </w:rPr>
      </w:pPr>
      <w:r>
        <w:rPr>
          <w:rFonts w:ascii="Cambria" w:hAnsi="Cambria"/>
          <w:szCs w:val="20"/>
          <w:lang w:val="pl-PL"/>
        </w:rPr>
        <w:br/>
        <w:t>..........................................................</w:t>
        <w:br/>
        <w:t>Data i podpis kwalifikowany / zaufany / osobisty</w:t>
      </w:r>
    </w:p>
    <w:sectPr>
      <w:type w:val="nextPage"/>
      <w:pgSz w:w="12240" w:h="15840"/>
      <w:pgMar w:left="1134" w:right="1134" w:gutter="0" w:header="0" w:top="1020" w:footer="0" w:bottom="10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Courier">
    <w:altName w:val="Courier New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01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bullet"/>
      <w:lvlText w:val=""/>
      <w:lvlJc w:val="start"/>
      <w:pPr>
        <w:tabs>
          <w:tab w:val="num" w:pos="0"/>
        </w:tabs>
        <w:ind w:start="890" w:hanging="360"/>
      </w:pPr>
      <w:rPr>
        <w:rFonts w:ascii="Symbol" w:hAnsi="Symbol" w:cs="Symbol" w:hint="default"/>
      </w:rPr>
    </w:lvl>
    <w:lvl w:ilvl="1">
      <w:start w:val="14"/>
      <w:numFmt w:val="bullet"/>
      <w:lvlText w:val="•"/>
      <w:lvlJc w:val="start"/>
      <w:pPr>
        <w:tabs>
          <w:tab w:val="num" w:pos="0"/>
        </w:tabs>
        <w:ind w:start="1610" w:hanging="360"/>
      </w:pPr>
      <w:rPr>
        <w:rFonts w:ascii="Arial" w:hAnsi="Arial" w:cs="Arial" w:hint="default"/>
        <w:rFonts w:eastAsiaTheme="minorEastAsia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5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"/>
      <w:lvlJc w:val="start"/>
      <w:pPr>
        <w:tabs>
          <w:tab w:val="num" w:pos="0"/>
        </w:tabs>
        <w:ind w:start="890" w:hanging="360"/>
      </w:pPr>
      <w:rPr>
        <w:rFonts w:ascii="Symbol" w:hAnsi="Symbol" w:cs="Symbol" w:hint="default"/>
      </w:rPr>
    </w:lvl>
    <w:lvl w:ilvl="1">
      <w:start w:val="1"/>
      <w:numFmt w:val="bullet"/>
      <w:lvlText w:val=""/>
      <w:lvlJc w:val="start"/>
      <w:pPr>
        <w:tabs>
          <w:tab w:val="num" w:pos="0"/>
        </w:tabs>
        <w:ind w:start="161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5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88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ja-JP" w:bidi="ne-I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Arial" w:hAnsi="Arial" w:eastAsia="" w:cs="" w:cstheme="minorBidi" w:eastAsiaTheme="minorEastAsia"/>
      <w:color w:val="auto"/>
      <w:kern w:val="0"/>
      <w:sz w:val="20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Cs w:val="20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618bf"/>
    <w:rPr/>
  </w:style>
  <w:style w:type="character" w:styleId="StopkaZnak" w:customStyle="1">
    <w:name w:val="Stopka Znak"/>
    <w:basedOn w:val="DefaultParagraphFont"/>
    <w:uiPriority w:val="99"/>
    <w:qFormat/>
    <w:rsid w:val="00e618bf"/>
    <w:rPr/>
  </w:style>
  <w:style w:type="character" w:styleId="Nagwek1Znak" w:customStyle="1">
    <w:name w:val="Nagłówek 1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Nagwek2Znak" w:customStyle="1">
    <w:name w:val="Nagłówek 2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Nagwek3Znak" w:customStyle="1">
    <w:name w:val="Nagłówek 3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ytuZnak" w:customStyle="1">
    <w:name w:val="Tytuł Znak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PodtytuZnak" w:customStyle="1">
    <w:name w:val="Podtytuł Znak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TekstpodstawowyZnak" w:customStyle="1">
    <w:name w:val="Tekst podstawowy Znak"/>
    <w:basedOn w:val="DefaultParagraphFont"/>
    <w:uiPriority w:val="99"/>
    <w:qFormat/>
    <w:rsid w:val="00aa1d8d"/>
    <w:rPr/>
  </w:style>
  <w:style w:type="character" w:styleId="Tekstpodstawowy2Znak" w:customStyle="1">
    <w:name w:val="Tekst podstawowy 2 Znak"/>
    <w:basedOn w:val="DefaultParagraphFont"/>
    <w:link w:val="BodyText2"/>
    <w:uiPriority w:val="99"/>
    <w:qFormat/>
    <w:rsid w:val="00aa1d8d"/>
    <w:rPr/>
  </w:style>
  <w:style w:type="character" w:styleId="Tekstpodstawowy3Znak" w:customStyle="1">
    <w:name w:val="Tekst podstawowy 3 Znak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TekstmakraZnak" w:customStyle="1">
    <w:name w:val="Tekst makra Znak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CytatZnak" w:customStyle="1">
    <w:name w:val="Cytat Znak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Nagwek4Znak" w:customStyle="1">
    <w:name w:val="Nagłówek 4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Nagwek5Znak" w:customStyle="1">
    <w:name w:val="Nagłówek 5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Nagwek6Znak" w:customStyle="1">
    <w:name w:val="Nagłówek 6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Nagwek7Znak" w:customStyle="1">
    <w:name w:val="Nagłówek 7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Nagwek8Znak" w:customStyle="1">
    <w:name w:val="Nagłówek 8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Nagwek9Znak" w:customStyle="1">
    <w:name w:val="Nagłówek 9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TekstpodstawowyZnak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 Unicode MS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ytuZnak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PodtytuZnak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Tekstpodstawowy2Znak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Tekstpodstawowy3Znak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TekstmakraZnak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CytatZnak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6522CE-1A6C-4208-B136-55AF87B42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LibreOffice/25.8.1.1$Windows_X86_64 LibreOffice_project/54047653041915e595ad4e45cccea684809c77b5</Application>
  <AppVersion>15.0000</AppVersion>
  <Pages>2</Pages>
  <Words>446</Words>
  <Characters>3732</Characters>
  <CharactersWithSpaces>4184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Alek</dc:creator>
  <dc:description>kancelaria</dc:description>
  <dc:language>pl-PL</dc:language>
  <cp:lastModifiedBy/>
  <dcterms:modified xsi:type="dcterms:W3CDTF">2026-07-24T10:55:08Z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