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b/>
          <w:bCs/>
          <w:lang w:val="pl-PL" w:eastAsia="en-US" w:bidi="ar-SA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2631440</wp:posOffset>
            </wp:positionH>
            <wp:positionV relativeFrom="paragraph">
              <wp:posOffset>-267335</wp:posOffset>
            </wp:positionV>
            <wp:extent cx="1951355" cy="661035"/>
            <wp:effectExtent l="0" t="0" r="0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lang w:val="pl-PL" w:eastAsia="en-US" w:bidi="ar-SA"/>
        </w:rPr>
        <w:t>Załącznik nr 4 do Zaproszenia</w:t>
      </w:r>
    </w:p>
    <w:p>
      <w:pPr>
        <w:pStyle w:val="BodyText"/>
        <w:rPr>
          <w:lang w:val="pl-PL" w:eastAsia="en-US" w:bidi="ar-SA"/>
        </w:rPr>
      </w:pPr>
      <w:r>
        <w:rPr>
          <w:lang w:val="pl-PL" w:eastAsia="en-US" w:bidi="ar-SA"/>
        </w:rPr>
        <w:t>Numer referencyjny: ZP.272.8.2026</w:t>
      </w:r>
    </w:p>
    <w:p>
      <w:pPr>
        <w:pStyle w:val="Normal"/>
        <w:jc w:val="center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b/>
          <w:szCs w:val="20"/>
          <w:lang w:val="pl-PL"/>
        </w:rPr>
      </w:r>
    </w:p>
    <w:p>
      <w:pPr>
        <w:pStyle w:val="Normal"/>
        <w:jc w:val="center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b/>
          <w:szCs w:val="20"/>
          <w:lang w:val="pl-PL"/>
        </w:rPr>
        <w:t>ZOBOWIĄZANIE PODMIOTU UDOSTĘPNIAJĄCEGO ZASOBY</w:t>
      </w:r>
    </w:p>
    <w:p>
      <w:pPr>
        <w:pStyle w:val="Normal"/>
        <w:jc w:val="center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b/>
          <w:szCs w:val="20"/>
          <w:lang w:val="pl-PL"/>
        </w:rPr>
      </w:r>
    </w:p>
    <w:p>
      <w:pPr>
        <w:pStyle w:val="Normal"/>
        <w:spacing w:lineRule="auto" w:line="360"/>
        <w:rPr/>
      </w:pPr>
      <w:r>
        <w:rPr>
          <w:rFonts w:ascii="Cambria" w:hAnsi="Cambria" w:asciiTheme="minorHAnsi" w:hAnsiTheme="minorHAnsi"/>
          <w:szCs w:val="20"/>
          <w:lang w:val="pl-PL"/>
        </w:rPr>
        <w:t>Podmiot udostępniający zasoby: ..............................................................................................</w:t>
        <w:br/>
        <w:t>Adres: ...............................................................................................................................................</w:t>
        <w:br/>
        <w:t>NIP/REGON/KRS/CEiDG: 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>
          <w:rFonts w:ascii="Cambria" w:hAnsi="Cambria" w:asciiTheme="minorHAnsi" w:hAnsiTheme="minorHAnsi"/>
          <w:szCs w:val="20"/>
          <w:lang w:val="pl-PL"/>
        </w:rPr>
        <w:t>Zobowiązuję się do oddania Wykonawcy: ............................................................................…………………………………………................ do dyspozycji niezbędnych zasobów na potrzeby realizacji zamówienia pn. „</w:t>
      </w:r>
      <w:r>
        <w:rPr>
          <w:rFonts w:cs="Times New Roman" w:ascii="Cambria" w:hAnsi="Cambria" w:asciiTheme="minorHAnsi" w:hAnsiTheme="minorHAnsi"/>
          <w:b/>
          <w:bCs/>
          <w:szCs w:val="20"/>
          <w:lang w:val="pl-PL"/>
        </w:rPr>
        <w:t>Budowa budowli ochronnej                            o kategorii U-1 pod salą gimnastyczną na działkach nr 121/1, 121/5, 121/6, 122/1 i 122/6 przy                               Al. Mickiewicza 23 w Busku-Zdroju”.</w:t>
      </w:r>
    </w:p>
    <w:p>
      <w:pPr>
        <w:pStyle w:val="Normal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Zakres udostępnianych zasobów:</w:t>
      </w:r>
    </w:p>
    <w:tbl>
      <w:tblPr>
        <w:tblStyle w:val="Tabela-Siatka"/>
        <w:tblW w:w="997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493"/>
        <w:gridCol w:w="2545"/>
        <w:gridCol w:w="2441"/>
        <w:gridCol w:w="2491"/>
      </w:tblGrid>
      <w:tr>
        <w:trPr/>
        <w:tc>
          <w:tcPr>
            <w:tcW w:w="249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Rodzaj zasobu</w:t>
            </w:r>
          </w:p>
        </w:tc>
        <w:tc>
          <w:tcPr>
            <w:tcW w:w="2545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Zakres i sposób wykorzystania zasobu przy realizacji zamówienia</w:t>
            </w:r>
          </w:p>
        </w:tc>
        <w:tc>
          <w:tcPr>
            <w:tcW w:w="2441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Okres udostępnienia</w:t>
            </w:r>
          </w:p>
        </w:tc>
        <w:tc>
          <w:tcPr>
            <w:tcW w:w="2491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Czy podmiot będzie uczestniczył w realizacji zamówienia i w jakim zakresie?</w:t>
            </w:r>
          </w:p>
        </w:tc>
      </w:tr>
      <w:tr>
        <w:trPr/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25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2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2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</w:tr>
      <w:tr>
        <w:trPr/>
        <w:tc>
          <w:tcPr>
            <w:tcW w:w="24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25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24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2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</w:tr>
    </w:tbl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Oświadczam, że udostępnione zasoby będą realnie dostępne Wykonawcy przez cały okres niezbędny do należytego wykonania zamówienia, a zakres i sposób ich udostępnienia umożliwia Wykonawcy wykazanie spełniania warunków udziału w postępowaniu poprzez fizyczne uczestnictwo w zamówieniu jako podwykonawca.</w:t>
      </w:r>
      <w:bookmarkStart w:id="0" w:name="_GoBack"/>
      <w:bookmarkEnd w:id="0"/>
    </w:p>
    <w:p>
      <w:pPr>
        <w:pStyle w:val="Normal"/>
        <w:jc w:val="both"/>
        <w:rPr/>
      </w:pPr>
      <w:r>
        <w:rPr>
          <w:rFonts w:ascii="Cambria" w:hAnsi="Cambria" w:asciiTheme="minorHAnsi" w:hAnsiTheme="minorHAnsi"/>
          <w:szCs w:val="20"/>
          <w:lang w:val="pl-PL"/>
        </w:rPr>
        <w:t>Oświadczam, że składam odrębne oświadczenie o braku podstaw wykluczenia oraz, w zakresie udostępnianych zasobów, o spełnianiu warunków udziału w postępowaniu.</w:t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  <w:br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  <w:tab/>
        <w:tab/>
        <w:tab/>
        <w:tab/>
        <w:tab/>
        <w:tab/>
        <w:tab/>
        <w:tab/>
        <w:tab/>
        <w:tab/>
        <w:t>..........................................................</w:t>
        <w:br/>
        <w:tab/>
        <w:tab/>
        <w:tab/>
        <w:tab/>
        <w:tab/>
        <w:tab/>
        <w:tab/>
        <w:tab/>
        <w:t xml:space="preserve">Data i podpis kwalifikowany / zaufany / osobisty </w:t>
        <w:tab/>
        <w:tab/>
        <w:tab/>
        <w:tab/>
        <w:tab/>
        <w:tab/>
        <w:tab/>
        <w:tab/>
        <w:t>podmiotu udostępniającego zasoby</w:t>
      </w:r>
    </w:p>
    <w:sectPr>
      <w:type w:val="nextPage"/>
      <w:pgSz w:w="12240" w:h="15840"/>
      <w:pgMar w:left="1134" w:right="1134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ne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A5520A-C780-4703-ACC3-D4863531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LibreOffice/25.8.1.1$Windows_X86_64 LibreOffice_project/54047653041915e595ad4e45cccea684809c77b5</Application>
  <AppVersion>15.0000</AppVersion>
  <Pages>1</Pages>
  <Words>154</Words>
  <Characters>1549</Characters>
  <CharactersWithSpaces>1784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Alek</dc:creator>
  <dc:description>kancelaria</dc:description>
  <dc:language>pl-PL</dc:language>
  <cp:lastModifiedBy/>
  <dcterms:modified xsi:type="dcterms:W3CDTF">2026-06-29T11:05:44Z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