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57" w:after="177"/>
        <w:rPr>
          <w:lang w:val="pl-PL" w:eastAsia="en-US" w:bidi="ar-SA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2482850</wp:posOffset>
            </wp:positionH>
            <wp:positionV relativeFrom="paragraph">
              <wp:posOffset>-237490</wp:posOffset>
            </wp:positionV>
            <wp:extent cx="1951355" cy="661035"/>
            <wp:effectExtent l="0" t="0" r="0" b="0"/>
            <wp:wrapSquare wrapText="largest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lang w:val="pl-PL" w:eastAsia="en-US" w:bidi="ar-SA"/>
        </w:rPr>
        <w:t>Załącznik nr 5 do Zaproszenia</w:t>
      </w:r>
      <w:r>
        <w:rPr>
          <w:lang w:val="pl-PL" w:eastAsia="en-US" w:bidi="ar-SA"/>
        </w:rPr>
        <w:br/>
        <w:t>Numer referencyjny: ZP.272.8.2026</w:t>
      </w:r>
    </w:p>
    <w:p>
      <w:pPr>
        <w:pStyle w:val="Normal"/>
        <w:jc w:val="center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szCs w:val="20"/>
          <w:lang w:val="pl-PL"/>
        </w:rPr>
      </w:r>
    </w:p>
    <w:p>
      <w:pPr>
        <w:pStyle w:val="Normal"/>
        <w:jc w:val="center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b/>
          <w:szCs w:val="20"/>
          <w:lang w:val="pl-PL"/>
        </w:rPr>
        <w:t>OŚWIADCZENIE WYKONAWCÓW WSPÓLNIE UBIEGAJĄCYCH SIĘ O UDZIELENIE ZAMÓWIENIA</w:t>
      </w:r>
    </w:p>
    <w:p>
      <w:pPr>
        <w:pStyle w:val="Normal"/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szCs w:val="20"/>
          <w:lang w:val="pl-PL"/>
        </w:rPr>
      </w:r>
    </w:p>
    <w:p>
      <w:pPr>
        <w:pStyle w:val="Normal"/>
        <w:jc w:val="both"/>
        <w:rPr/>
      </w:pPr>
      <w:r>
        <w:rPr>
          <w:rFonts w:ascii="Cambria" w:hAnsi="Cambria" w:asciiTheme="minorHAnsi" w:hAnsiTheme="minorHAnsi"/>
          <w:szCs w:val="20"/>
          <w:lang w:val="pl-PL"/>
        </w:rPr>
        <w:t xml:space="preserve">Działając jako Wykonawcy wspólnie ubiegający się o udzielenie zamówienia pn. </w:t>
      </w:r>
      <w:r>
        <w:rPr>
          <w:rFonts w:ascii="Cambria" w:hAnsi="Cambria" w:asciiTheme="minorHAnsi" w:hAnsiTheme="minorHAnsi"/>
          <w:b/>
          <w:bCs/>
          <w:szCs w:val="20"/>
          <w:lang w:val="pl-PL"/>
        </w:rPr>
        <w:t>„</w:t>
      </w:r>
      <w:r>
        <w:rPr>
          <w:rFonts w:cs="Times New Roman" w:ascii="Cambria" w:hAnsi="Cambria" w:asciiTheme="minorHAnsi" w:hAnsiTheme="minorHAnsi"/>
          <w:b/>
          <w:bCs/>
          <w:szCs w:val="20"/>
          <w:lang w:val="pl-PL"/>
        </w:rPr>
        <w:t>Budowa budowli ochronnej                 o kategorii U-1 pod salą gimnastyczną na działkach nr 121/1, 121/5, 121/6, 122/1 i 122/6 przy                               Al. Mickiewicza 23 w Busku-Zdroju”</w:t>
      </w:r>
      <w:r>
        <w:rPr>
          <w:rFonts w:ascii="Cambria" w:hAnsi="Cambria" w:asciiTheme="minorHAnsi" w:hAnsiTheme="minorHAnsi"/>
          <w:szCs w:val="20"/>
          <w:lang w:val="pl-PL"/>
        </w:rPr>
        <w:t>, oświadczamy, że poniżej wskazane części zamówienia wykonają poszczególni Wykonawcy:</w:t>
      </w:r>
    </w:p>
    <w:tbl>
      <w:tblPr>
        <w:tblStyle w:val="Tabela-Siatka"/>
        <w:tblW w:w="997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323"/>
        <w:gridCol w:w="3434"/>
        <w:gridCol w:w="3213"/>
      </w:tblGrid>
      <w:tr>
        <w:trPr/>
        <w:tc>
          <w:tcPr>
            <w:tcW w:w="332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Nazwa Wykonawcy</w:t>
            </w:r>
          </w:p>
        </w:tc>
        <w:tc>
          <w:tcPr>
            <w:tcW w:w="343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Zakres robót/dostaw/usług wykonywanych przez Wykonawcę</w:t>
            </w:r>
          </w:p>
        </w:tc>
        <w:tc>
          <w:tcPr>
            <w:tcW w:w="321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Warunek udziału, którego spełnianie wykazuje</w:t>
            </w:r>
          </w:p>
        </w:tc>
      </w:tr>
      <w:tr>
        <w:trPr/>
        <w:tc>
          <w:tcPr>
            <w:tcW w:w="33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  <w:tc>
          <w:tcPr>
            <w:tcW w:w="3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</w:tr>
      <w:tr>
        <w:trPr/>
        <w:tc>
          <w:tcPr>
            <w:tcW w:w="33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  <w:tc>
          <w:tcPr>
            <w:tcW w:w="3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</w:tr>
    </w:tbl>
    <w:p>
      <w:pPr>
        <w:pStyle w:val="Normal"/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szCs w:val="20"/>
          <w:lang w:val="pl-PL"/>
        </w:rPr>
      </w:r>
    </w:p>
    <w:p>
      <w:pPr>
        <w:pStyle w:val="Normal"/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 xml:space="preserve">Oświadczamy, że ustanowiliśmy pełnomocnika do reprezentowania Wykonawców w postępowaniu albo                             w postępowaniu i zawarciu umowy. Pełnomocnictwo składamy </w:t>
      </w:r>
      <w:r>
        <w:rPr>
          <w:rFonts w:ascii="Cambria" w:hAnsi="Cambria" w:asciiTheme="minorHAnsi" w:hAnsiTheme="minorHAnsi"/>
          <w:b w:val="false"/>
          <w:bCs w:val="false"/>
          <w:szCs w:val="20"/>
          <w:lang w:val="pl-PL"/>
        </w:rPr>
        <w:t>wraz z ofertą.</w:t>
      </w:r>
    </w:p>
    <w:p>
      <w:pPr>
        <w:pStyle w:val="Normal"/>
        <w:jc w:val="both"/>
        <w:rPr/>
      </w:pPr>
      <w:r>
        <w:rPr>
          <w:rFonts w:ascii="Cambria" w:hAnsi="Cambria" w:asciiTheme="minorHAnsi" w:hAnsiTheme="minorHAnsi"/>
          <w:szCs w:val="20"/>
          <w:lang w:val="pl-PL"/>
        </w:rPr>
        <w:t xml:space="preserve">Przyjmujemy solidarną odpowiedzialność za wykonanie zamówienia, jeżeli nasza oferta zostanie wybrana                             a Wykonawca, który wykazał się wymaganym doświadczeniem będzie realizował kluczowy zakres </w:t>
      </w:r>
      <w:bookmarkStart w:id="0" w:name="_GoBack"/>
      <w:bookmarkEnd w:id="0"/>
      <w:r>
        <w:rPr>
          <w:rFonts w:ascii="Cambria" w:hAnsi="Cambria" w:asciiTheme="minorHAnsi" w:hAnsiTheme="minorHAnsi"/>
          <w:szCs w:val="20"/>
          <w:lang w:val="pl-PL"/>
        </w:rPr>
        <w:t>zamówienia.</w:t>
      </w:r>
    </w:p>
    <w:p>
      <w:pPr>
        <w:pStyle w:val="Normal"/>
        <w:spacing w:before="0" w:after="200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br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200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ab/>
        <w:tab/>
        <w:tab/>
        <w:tab/>
        <w:tab/>
        <w:tab/>
        <w:tab/>
        <w:tab/>
        <w:tab/>
        <w:tab/>
        <w:t>..........................................................</w:t>
        <w:br/>
        <w:tab/>
        <w:tab/>
        <w:tab/>
        <w:tab/>
        <w:tab/>
        <w:tab/>
        <w:tab/>
        <w:tab/>
        <w:t xml:space="preserve">Podpisy kwalifikowane / zaufane / osobiste </w:t>
        <w:tab/>
        <w:tab/>
        <w:tab/>
        <w:tab/>
        <w:tab/>
        <w:tab/>
        <w:tab/>
        <w:tab/>
        <w:t>wszystkich Wykonawców albo pełnomocnika</w:t>
      </w:r>
    </w:p>
    <w:sectPr>
      <w:type w:val="nextPage"/>
      <w:pgSz w:w="12240" w:h="15840"/>
      <w:pgMar w:left="1134" w:right="1134" w:gutter="0" w:header="0" w:top="1020" w:footer="0" w:bottom="10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88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ne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" w:cs="" w:cstheme="minorBidi" w:eastAsiaTheme="minorEastAsia"/>
      <w:color w:val="auto"/>
      <w:kern w:val="0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Cs w:val="20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618bf"/>
    <w:rPr/>
  </w:style>
  <w:style w:type="character" w:styleId="StopkaZnak" w:customStyle="1">
    <w:name w:val="Stopka Znak"/>
    <w:basedOn w:val="DefaultParagraphFont"/>
    <w:uiPriority w:val="99"/>
    <w:qFormat/>
    <w:rsid w:val="00e618bf"/>
    <w:rPr/>
  </w:style>
  <w:style w:type="character" w:styleId="Nagwek1Znak" w:customStyle="1">
    <w:name w:val="Nagłówek 1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ytuZnak" w:customStyle="1">
    <w:name w:val="Tytuł Znak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PodtytuZnak" w:customStyle="1">
    <w:name w:val="Podtytuł Znak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ekstpodstawowyZnak" w:customStyle="1">
    <w:name w:val="Tekst podstawowy Znak"/>
    <w:basedOn w:val="DefaultParagraphFont"/>
    <w:uiPriority w:val="99"/>
    <w:qFormat/>
    <w:rsid w:val="00aa1d8d"/>
    <w:rPr/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aa1d8d"/>
    <w:rPr/>
  </w:style>
  <w:style w:type="character" w:styleId="Tekstpodstawowy3Znak" w:customStyle="1">
    <w:name w:val="Tekst podstawowy 3 Znak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kstmakraZnak" w:customStyle="1">
    <w:name w:val="Tekst makra Znak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CytatZnak" w:customStyle="1">
    <w:name w:val="Cytat Znak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Nagwek4Znak" w:customStyle="1">
    <w:name w:val="Nagłówek 4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Nagwek5Znak" w:customStyle="1">
    <w:name w:val="Nagłówek 5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Nagwek6Znak" w:customStyle="1">
    <w:name w:val="Nagłówek 6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Nagwek7Znak" w:customStyle="1">
    <w:name w:val="Nagłówek 7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Nagwek8Znak" w:customStyle="1">
    <w:name w:val="Nagłówek 8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Nagwek9Znak" w:customStyle="1">
    <w:name w:val="Nagłówek 9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ytuZnak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PodtytuZnak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Tekstpodstawowy2Znak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Tekstpodstawowy3Znak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TekstmakraZnak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1840CC-718B-4E8E-8B13-EB1A33520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LibreOffice/25.8.1.1$Windows_X86_64 LibreOffice_project/54047653041915e595ad4e45cccea684809c77b5</Application>
  <AppVersion>15.0000</AppVersion>
  <Pages>1</Pages>
  <Words>125</Words>
  <Characters>956</Characters>
  <CharactersWithSpaces>1211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Alek</dc:creator>
  <dc:description>kancelaria</dc:description>
  <dc:language>pl-PL</dc:language>
  <cp:lastModifiedBy/>
  <dcterms:modified xsi:type="dcterms:W3CDTF">2026-07-13T10:30:45Z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