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lang w:val="pl-PL" w:eastAsia="en-US" w:bidi="ar-SA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3124200</wp:posOffset>
            </wp:positionH>
            <wp:positionV relativeFrom="paragraph">
              <wp:posOffset>-279400</wp:posOffset>
            </wp:positionV>
            <wp:extent cx="1951355" cy="661035"/>
            <wp:effectExtent l="0" t="0" r="0" b="0"/>
            <wp:wrapSquare wrapText="largest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lang w:val="pl-PL" w:eastAsia="en-US" w:bidi="ar-SA"/>
        </w:rPr>
        <w:t>Załącznik nr 8 do Zaproszenia</w:t>
      </w:r>
    </w:p>
    <w:p>
      <w:pPr>
        <w:pStyle w:val="BodyText"/>
        <w:rPr>
          <w:b w:val="false"/>
          <w:bCs w:val="false"/>
        </w:rPr>
      </w:pPr>
      <w:r>
        <w:rPr>
          <w:rFonts w:ascii="Cambria" w:hAnsi="Cambria" w:asciiTheme="minorHAnsi" w:hAnsiTheme="minorHAnsi"/>
          <w:b w:val="false"/>
          <w:bCs w:val="false"/>
          <w:szCs w:val="20"/>
          <w:lang w:val="pl-PL"/>
        </w:rPr>
        <w:t>Numer referencyjny: ZP.272.8.2026</w:t>
      </w:r>
    </w:p>
    <w:p>
      <w:pPr>
        <w:pStyle w:val="Normal"/>
        <w:jc w:val="center"/>
        <w:rPr>
          <w:rFonts w:ascii="Arial" w:hAnsi="Arial"/>
          <w:b/>
          <w:szCs w:val="20"/>
          <w:lang w:val="pl-PL"/>
        </w:rPr>
      </w:pPr>
      <w:r>
        <w:rPr>
          <w:b/>
          <w:szCs w:val="20"/>
          <w:lang w:val="pl-PL"/>
        </w:rPr>
      </w:r>
    </w:p>
    <w:p>
      <w:pPr>
        <w:pStyle w:val="Normal"/>
        <w:jc w:val="center"/>
        <w:rPr>
          <w:rFonts w:ascii="Arial" w:hAnsi="Arial"/>
        </w:rPr>
      </w:pPr>
      <w:r>
        <w:rPr>
          <w:b/>
          <w:szCs w:val="20"/>
          <w:lang w:val="pl-PL"/>
        </w:rPr>
        <w:t>OŚWIADCZENIE O BEZSTRONNOŚCI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szCs w:val="20"/>
          <w:lang w:val="pl-PL"/>
        </w:rPr>
        <w:t>Imię i nazwisko osoby wykonującej czynności w postępowaniu: ............................................................</w:t>
        <w:br/>
        <w:t>Funkcja / zakres czynności: 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/>
        </w:rPr>
      </w:pPr>
      <w:r>
        <w:rPr>
          <w:szCs w:val="20"/>
          <w:lang w:val="pl-PL"/>
        </w:rPr>
        <w:t xml:space="preserve">Oświadczam, że w postępowaniu prowadzonym na podstawie art. 157a ustawy o ochronie ludności i obronie cywilnej pn. </w:t>
      </w:r>
      <w:r>
        <w:rPr>
          <w:b/>
          <w:bCs/>
          <w:szCs w:val="20"/>
          <w:lang w:val="pl-PL"/>
        </w:rPr>
        <w:t>„</w:t>
      </w:r>
      <w:r>
        <w:rPr>
          <w:rFonts w:cs="Times New Roman"/>
          <w:b/>
          <w:bCs/>
          <w:szCs w:val="20"/>
          <w:lang w:val="pl-PL"/>
        </w:rPr>
        <w:t>Budowa budowli ochronnej o kategorii U-1 pod salą gimnastyczną na działkach nr 121/1, 121/5, 121/6, 122/1 i 122/6 przy Al. Mickiewicza 23 w Busku-Zdroju”</w:t>
      </w:r>
      <w:r>
        <w:rPr>
          <w:szCs w:val="20"/>
          <w:lang w:val="pl-PL"/>
        </w:rPr>
        <w:t>: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/>
        </w:rPr>
      </w:pPr>
      <w:r>
        <w:rPr>
          <w:szCs w:val="20"/>
          <w:lang w:val="pl-PL"/>
        </w:rPr>
        <w:t>nie ubiegam się o udzielenie zamówienia;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/>
        </w:rPr>
      </w:pPr>
      <w:r>
        <w:rPr>
          <w:szCs w:val="20"/>
          <w:lang w:val="pl-PL"/>
        </w:rPr>
        <w:t>nie pozostaję z wykonawcami w związku małżeńskim, stosunku pokrewieństwa lub powinowactwa             w linii prostej, pokrewieństwa lub powinowactwa w linii bocznej do drugiego stopnia, ani w stosunku przysposobienia, opieki lub kurateli;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/>
        </w:rPr>
      </w:pPr>
      <w:r>
        <w:rPr>
          <w:szCs w:val="20"/>
          <w:lang w:val="pl-PL"/>
        </w:rPr>
        <w:t>w okresie 3 lat przed wszczęciem postępowania nie pozostawałem/am w stosunku pracy lub zlecenia                z wykonawcą, nie otrzymywałem/am od wykonawcy wynagrodzenia z innego tytułu oraz nie byłem/am członkiem organów wykonawcy;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/>
        </w:rPr>
      </w:pPr>
      <w:r>
        <w:rPr>
          <w:szCs w:val="20"/>
          <w:lang w:val="pl-PL"/>
        </w:rPr>
        <w:t>nie pozostaję z wykonawcami w takim stosunku prawnym lub faktycznym, który może budzić uzasadnione wątpliwości co do mojej bezstronności lub niezależności;</w:t>
      </w:r>
    </w:p>
    <w:p>
      <w:pPr>
        <w:pStyle w:val="ListParagraph"/>
        <w:numPr>
          <w:ilvl w:val="0"/>
          <w:numId w:val="7"/>
        </w:numPr>
        <w:jc w:val="both"/>
        <w:rPr>
          <w:rFonts w:ascii="Arial" w:hAnsi="Arial"/>
        </w:rPr>
      </w:pPr>
      <w:r>
        <w:rPr>
          <w:szCs w:val="20"/>
          <w:lang w:val="pl-PL"/>
        </w:rPr>
        <w:t>nie zostałem/am prawomocnie skazany/a za przestępstwa wskazane w art. 157a ust. 4 ustawy                   o ochronie ludności i obronie cywilnej.</w:t>
      </w:r>
    </w:p>
    <w:p>
      <w:pPr>
        <w:pStyle w:val="Normal"/>
        <w:jc w:val="both"/>
        <w:rPr>
          <w:rFonts w:ascii="Arial" w:hAnsi="Arial"/>
        </w:rPr>
      </w:pPr>
      <w:r>
        <w:rPr>
          <w:szCs w:val="20"/>
          <w:lang w:val="pl-PL"/>
        </w:rPr>
        <w:t>W przypadku powzięcia wiadomości o zaistnieniu którejkolwiek z powyższych okoliczności zobowiązuję się niezwłocznie powiadomić Zamawiającego i powstrzymać się od dalszych czynności w postępowaniu.</w:t>
      </w:r>
    </w:p>
    <w:p>
      <w:pPr>
        <w:pStyle w:val="Normal"/>
        <w:jc w:val="both"/>
        <w:rPr>
          <w:rFonts w:ascii="Arial" w:hAnsi="Arial"/>
        </w:rPr>
      </w:pPr>
      <w:r>
        <w:rPr>
          <w:szCs w:val="20"/>
          <w:lang w:val="pl-PL"/>
        </w:rPr>
        <w:t>Jestem świadomy/a odpowiedzialności karnej za złożenie fałszywego oświadczenia.</w:t>
      </w:r>
    </w:p>
    <w:p>
      <w:pPr>
        <w:pStyle w:val="Normal"/>
        <w:spacing w:before="0" w:after="200"/>
        <w:jc w:val="both"/>
        <w:rPr>
          <w:rFonts w:ascii="Arial" w:hAnsi="Arial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br/>
        <w:tab/>
        <w:tab/>
        <w:tab/>
        <w:tab/>
        <w:tab/>
        <w:tab/>
        <w:tab/>
      </w:r>
    </w:p>
    <w:p>
      <w:pPr>
        <w:pStyle w:val="Normal"/>
        <w:spacing w:before="0" w:after="200"/>
        <w:rPr>
          <w:rFonts w:ascii="Arial" w:hAnsi="Arial"/>
          <w:szCs w:val="20"/>
          <w:lang w:val="pl-PL"/>
        </w:rPr>
      </w:pPr>
      <w:r>
        <w:rPr>
          <w:szCs w:val="20"/>
          <w:lang w:val="pl-PL"/>
        </w:rPr>
      </w:r>
    </w:p>
    <w:p>
      <w:pPr>
        <w:pStyle w:val="Normal"/>
        <w:spacing w:before="0" w:after="200"/>
        <w:rPr>
          <w:rFonts w:ascii="Arial" w:hAnsi="Arial"/>
          <w:szCs w:val="20"/>
          <w:lang w:val="pl-PL"/>
        </w:rPr>
      </w:pPr>
      <w:r>
        <w:rPr>
          <w:rFonts w:ascii="Cambria" w:hAnsi="Cambria" w:asciiTheme="minorHAnsi" w:hAnsiTheme="minorHAnsi"/>
          <w:szCs w:val="20"/>
          <w:lang w:val="pl-PL"/>
        </w:rPr>
        <w:tab/>
        <w:tab/>
        <w:tab/>
        <w:tab/>
        <w:tab/>
        <w:tab/>
        <w:tab/>
        <w:tab/>
        <w:tab/>
        <w:t>...…......................................................</w:t>
        <w:br/>
        <w:tab/>
        <w:tab/>
        <w:tab/>
        <w:tab/>
        <w:tab/>
        <w:tab/>
        <w:tab/>
        <w:tab/>
        <w:t xml:space="preserve">  Data i podpis osoby składającej oświadczenie</w:t>
      </w:r>
    </w:p>
    <w:sectPr>
      <w:type w:val="nextPage"/>
      <w:pgSz w:w="12240" w:h="15840"/>
      <w:pgMar w:left="1134" w:right="1134" w:gutter="0" w:header="0" w:top="1020" w:footer="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Courier">
    <w:altName w:val="Courier New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bullet"/>
      <w:lvlText w:val=""/>
      <w:lvlJc w:val="start"/>
      <w:pPr>
        <w:tabs>
          <w:tab w:val="num" w:pos="0"/>
        </w:tabs>
        <w:ind w:star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5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8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ne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0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Cs w:val="20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618bf"/>
    <w:rPr/>
  </w:style>
  <w:style w:type="character" w:styleId="StopkaZnak" w:customStyle="1">
    <w:name w:val="Stopka Znak"/>
    <w:basedOn w:val="DefaultParagraphFont"/>
    <w:uiPriority w:val="99"/>
    <w:qFormat/>
    <w:rsid w:val="00e618bf"/>
    <w:rPr/>
  </w:style>
  <w:style w:type="character" w:styleId="Nagwek1Znak" w:customStyle="1">
    <w:name w:val="Nagłówek 1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gwek2Znak" w:customStyle="1">
    <w:name w:val="Nagłówek 2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gwek3Znak" w:customStyle="1">
    <w:name w:val="Nagłówek 3 Znak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ytuZnak" w:customStyle="1">
    <w:name w:val="Tytuł Znak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tytuZnak" w:customStyle="1">
    <w:name w:val="Podtytuł Znak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TekstpodstawowyZnak" w:customStyle="1">
    <w:name w:val="Tekst podstawowy Znak"/>
    <w:basedOn w:val="DefaultParagraphFont"/>
    <w:uiPriority w:val="99"/>
    <w:qFormat/>
    <w:rsid w:val="00aa1d8d"/>
    <w:rPr/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aa1d8d"/>
    <w:rPr/>
  </w:style>
  <w:style w:type="character" w:styleId="Tekstpodstawowy3Znak" w:customStyle="1">
    <w:name w:val="Tekst podstawowy 3 Znak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kstmakraZnak" w:customStyle="1">
    <w:name w:val="Tekst makra Znak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ytatZnak" w:customStyle="1">
    <w:name w:val="Cytat Znak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gwek4Znak" w:customStyle="1">
    <w:name w:val="Nagłówek 4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gwek5Znak" w:customStyle="1">
    <w:name w:val="Nagłówek 5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Nagwek6Znak" w:customStyle="1">
    <w:name w:val="Nagłówek 6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gwek7Znak" w:customStyle="1">
    <w:name w:val="Nagłówek 7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gwek8Znak" w:customStyle="1">
    <w:name w:val="Nagłówek 8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gwek9Znak" w:customStyle="1">
    <w:name w:val="Nagłówek 9 Znak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TekstpodstawowyZnak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 Unicode MS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ytuZnak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tytuZnak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Tekstpodstawowy2Znak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Tekstpodstawowy3Znak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kstmakraZnak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ytatZnak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gwekuser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A026F9-98CB-4BE2-8AD2-357C6B34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LibreOffice/25.8.1.1$Windows_X86_64 LibreOffice_project/54047653041915e595ad4e45cccea684809c77b5</Application>
  <AppVersion>15.0000</AppVersion>
  <Pages>1</Pages>
  <Words>215</Words>
  <Characters>1580</Characters>
  <CharactersWithSpaces>1849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Alek</dc:creator>
  <dc:description>kancelaria</dc:description>
  <dc:language>pl-PL</dc:language>
  <cp:lastModifiedBy/>
  <dcterms:modified xsi:type="dcterms:W3CDTF">2026-07-13T10:32:20Z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